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86273" w14:paraId="1ADF355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4A1ECE" w14:textId="7920C4A1" w:rsidR="00486273" w:rsidRDefault="00832EAA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9243DF2" wp14:editId="7E697342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8C8BB8" w14:textId="1DEE6296" w:rsidR="00486273" w:rsidRPr="00601910" w:rsidRDefault="0029010C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601910">
              <w:rPr>
                <w:b/>
                <w:color w:val="0D5F78"/>
              </w:rPr>
              <w:t xml:space="preserve"> </w:t>
            </w:r>
            <w:r w:rsidR="00601910" w:rsidRPr="00601910">
              <w:rPr>
                <w:b/>
              </w:rPr>
              <w:t>TELEORMAN</w:t>
            </w:r>
          </w:p>
          <w:p w14:paraId="0BD8E53E" w14:textId="77777777" w:rsidR="00486273" w:rsidRDefault="00486273">
            <w:pPr>
              <w:keepNext/>
            </w:pPr>
          </w:p>
        </w:tc>
      </w:tr>
      <w:tr w:rsidR="00486273" w14:paraId="6FDA3DB2" w14:textId="77777777">
        <w:trPr>
          <w:cantSplit/>
          <w:trHeight w:val="510"/>
        </w:trPr>
        <w:tc>
          <w:tcPr>
            <w:tcW w:w="1606" w:type="dxa"/>
            <w:vMerge/>
          </w:tcPr>
          <w:p w14:paraId="000F39AF" w14:textId="77777777" w:rsidR="00486273" w:rsidRDefault="00486273"/>
        </w:tc>
        <w:tc>
          <w:tcPr>
            <w:tcW w:w="8030" w:type="dxa"/>
            <w:gridSpan w:val="3"/>
            <w:shd w:val="clear" w:color="auto" w:fill="F0F0F0"/>
          </w:tcPr>
          <w:p w14:paraId="63249C94" w14:textId="310B6A00" w:rsidR="00486273" w:rsidRDefault="0029010C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601910">
              <w:rPr>
                <w:b/>
                <w:color w:val="0D5F78"/>
              </w:rPr>
              <w:t xml:space="preserve"> </w:t>
            </w:r>
            <w:bookmarkStart w:id="0" w:name="_GoBack"/>
            <w:r w:rsidR="00601910" w:rsidRPr="00601910">
              <w:rPr>
                <w:b/>
              </w:rPr>
              <w:t>PRIMARIA ORASULUI VIDELE</w:t>
            </w:r>
            <w:bookmarkEnd w:id="0"/>
          </w:p>
          <w:p w14:paraId="0E97C7D7" w14:textId="77777777" w:rsidR="00486273" w:rsidRDefault="00486273">
            <w:pPr>
              <w:keepNext/>
            </w:pPr>
          </w:p>
        </w:tc>
      </w:tr>
      <w:tr w:rsidR="00486273" w14:paraId="2866114E" w14:textId="77777777">
        <w:trPr>
          <w:cantSplit/>
          <w:trHeight w:val="510"/>
        </w:trPr>
        <w:tc>
          <w:tcPr>
            <w:tcW w:w="1606" w:type="dxa"/>
            <w:vMerge/>
          </w:tcPr>
          <w:p w14:paraId="227DD784" w14:textId="77777777" w:rsidR="00486273" w:rsidRDefault="00486273"/>
        </w:tc>
        <w:tc>
          <w:tcPr>
            <w:tcW w:w="2409" w:type="dxa"/>
            <w:shd w:val="clear" w:color="auto" w:fill="F0F0F0"/>
          </w:tcPr>
          <w:p w14:paraId="50C1B48D" w14:textId="77777777" w:rsidR="00486273" w:rsidRPr="009D75CC" w:rsidRDefault="0029010C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Cod de identificare fiscală (CIF)</w:t>
            </w:r>
          </w:p>
          <w:p w14:paraId="323857A5" w14:textId="23B6A602" w:rsidR="00486273" w:rsidRPr="009D75CC" w:rsidRDefault="00601910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687274A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4FA1DED8" w14:textId="77777777" w:rsidR="00601910" w:rsidRDefault="00601910" w:rsidP="00601910">
            <w:pPr>
              <w:keepNext/>
            </w:pPr>
            <w:r>
              <w:t xml:space="preserve">ORAS VIDELE, STRADA REPUBLICII, NR. 2, TEL. 0247453017, </w:t>
            </w:r>
          </w:p>
          <w:p w14:paraId="2F3892D7" w14:textId="5D4E6647" w:rsidR="00486273" w:rsidRDefault="00601910" w:rsidP="00601910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486273" w14:paraId="2F09DCE4" w14:textId="77777777">
        <w:trPr>
          <w:cantSplit/>
          <w:trHeight w:val="510"/>
        </w:trPr>
        <w:tc>
          <w:tcPr>
            <w:tcW w:w="1606" w:type="dxa"/>
            <w:vMerge/>
          </w:tcPr>
          <w:p w14:paraId="6EB2B6F3" w14:textId="77777777" w:rsidR="00486273" w:rsidRDefault="00486273"/>
        </w:tc>
        <w:tc>
          <w:tcPr>
            <w:tcW w:w="4818" w:type="dxa"/>
            <w:gridSpan w:val="2"/>
            <w:shd w:val="clear" w:color="auto" w:fill="F0F0F0"/>
          </w:tcPr>
          <w:p w14:paraId="59216B68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2225A9B" w14:textId="77777777" w:rsidR="00486273" w:rsidRDefault="0048627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AFAE6BE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672D95E" w14:textId="77777777" w:rsidR="00486273" w:rsidRDefault="00486273">
            <w:pPr>
              <w:keepNext/>
            </w:pPr>
          </w:p>
        </w:tc>
      </w:tr>
      <w:tr w:rsidR="00486273" w:rsidRPr="00191E62" w14:paraId="4E75B36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86BE67B" w14:textId="77777777" w:rsidR="00486273" w:rsidRPr="009D75CC" w:rsidRDefault="0029010C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29010C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29010C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29010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29010C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Instituția</w:t>
            </w:r>
          </w:p>
          <w:p w14:paraId="66255FEB" w14:textId="77777777" w:rsidR="00486273" w:rsidRPr="009D75CC" w:rsidRDefault="0029010C">
            <w:pPr>
              <w:keepNext/>
              <w:rPr>
                <w:lang w:val="fr-FR"/>
              </w:rPr>
            </w:pPr>
            <w:r w:rsidRPr="009D75CC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29010C">
            <w:pPr>
              <w:spacing w:line="228" w:lineRule="auto"/>
              <w:rPr>
                <w:lang w:val="fr-FR"/>
              </w:rPr>
            </w:pPr>
            <w:r w:rsidRPr="009D75CC">
              <w:rPr>
                <w:lang w:val="fr-FR"/>
              </w:rPr>
              <w:t>Cererea va fi transmisă către</w:t>
            </w:r>
            <w:r w:rsidR="00191E62">
              <w:rPr>
                <w:lang w:val="fr-FR"/>
              </w:rPr>
              <w:t xml:space="preserve"> </w:t>
            </w:r>
            <w:r w:rsidRPr="009D75CC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29010C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29010C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29010C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29010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29010C">
            <w:pPr>
              <w:keepNext/>
            </w:pPr>
            <w:r>
              <w:rPr>
                <w:sz w:val="16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29010C">
            <w:pPr>
              <w:keepNext/>
            </w:pPr>
            <w:r>
              <w:rPr>
                <w:sz w:val="16"/>
              </w:rPr>
              <w:t>☐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29010C">
            <w:r>
              <w:rPr>
                <w:sz w:val="16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29010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29010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29010C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>Număr cadastral</w:t>
            </w:r>
          </w:p>
          <w:p w14:paraId="58F9732C" w14:textId="77777777" w:rsidR="00486273" w:rsidRPr="009D75CC" w:rsidRDefault="0029010C">
            <w:pPr>
              <w:keepNext/>
              <w:rPr>
                <w:lang w:val="fr-FR"/>
              </w:rPr>
            </w:pPr>
            <w:r w:rsidRPr="009D75CC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29010C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29010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29010C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 copie după Certificatul de urbanism, împreună cu planurile-anexă</w:t>
            </w:r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29010C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29010C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29010C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29010C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29010C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B9EE8" w14:textId="77777777" w:rsidR="00D765D6" w:rsidRDefault="00D765D6">
      <w:r>
        <w:separator/>
      </w:r>
    </w:p>
  </w:endnote>
  <w:endnote w:type="continuationSeparator" w:id="0">
    <w:p w14:paraId="3748ED01" w14:textId="77777777" w:rsidR="00D765D6" w:rsidRDefault="00D7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C4296C" w14:textId="66E96CD8" w:rsidR="00486273" w:rsidRDefault="0029010C">
    <w:pPr>
      <w:pStyle w:val="Footer"/>
      <w:tabs>
        <w:tab w:val="right" w:pos="9639"/>
      </w:tabs>
    </w:pPr>
    <w:r>
      <w:rPr>
        <w:color w:val="595959"/>
      </w:rPr>
      <w:t>F_A_05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0191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0191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CBB772" w14:textId="77777777" w:rsidR="00D765D6" w:rsidRDefault="00D765D6">
      <w:r>
        <w:separator/>
      </w:r>
    </w:p>
  </w:footnote>
  <w:footnote w:type="continuationSeparator" w:id="0">
    <w:p w14:paraId="4964B4FB" w14:textId="77777777" w:rsidR="00D765D6" w:rsidRDefault="00D76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1E62"/>
    <w:rsid w:val="0029010C"/>
    <w:rsid w:val="0029639D"/>
    <w:rsid w:val="002E4650"/>
    <w:rsid w:val="00326F90"/>
    <w:rsid w:val="00472D78"/>
    <w:rsid w:val="00486273"/>
    <w:rsid w:val="00601910"/>
    <w:rsid w:val="006C103E"/>
    <w:rsid w:val="00832EAA"/>
    <w:rsid w:val="009D75CC"/>
    <w:rsid w:val="00AA1D8D"/>
    <w:rsid w:val="00AF2B6B"/>
    <w:rsid w:val="00B47730"/>
    <w:rsid w:val="00CB0664"/>
    <w:rsid w:val="00D765D6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5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B203F7-B322-4F47-B942-2DD91357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5</cp:revision>
  <dcterms:created xsi:type="dcterms:W3CDTF">2013-12-23T23:15:00Z</dcterms:created>
  <dcterms:modified xsi:type="dcterms:W3CDTF">2026-09-23T11:30:00Z</dcterms:modified>
  <cp:category/>
</cp:coreProperties>
</file>